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96C5F" w14:textId="328254B7" w:rsidR="00F93BDE" w:rsidRPr="00F93BDE" w:rsidRDefault="00F93BDE" w:rsidP="00F93BDE">
      <w:pPr>
        <w:spacing w:after="20" w:line="276" w:lineRule="auto"/>
        <w:jc w:val="center"/>
        <w:rPr>
          <w:rFonts w:ascii="Montserrat Light" w:hAnsi="Montserrat Light"/>
          <w:color w:val="auto"/>
        </w:rPr>
      </w:pPr>
      <w:r w:rsidRPr="00F93BDE">
        <w:rPr>
          <w:rFonts w:ascii="Montserrat Light" w:hAnsi="Montserrat Light"/>
          <w:b/>
          <w:color w:val="auto"/>
          <w:sz w:val="22"/>
        </w:rPr>
        <w:t>GLAZBENO OBRAZOVANJE – RUJAN</w:t>
      </w:r>
      <w:r>
        <w:rPr>
          <w:rFonts w:ascii="Montserrat Light" w:hAnsi="Montserrat Light"/>
          <w:b/>
          <w:color w:val="auto"/>
          <w:sz w:val="22"/>
        </w:rPr>
        <w:t xml:space="preserve"> 2026.</w:t>
      </w:r>
    </w:p>
    <w:p w14:paraId="0AEF65D6" w14:textId="77777777" w:rsidR="00F93BDE" w:rsidRDefault="00F93BDE" w:rsidP="00F93BDE">
      <w:pPr>
        <w:spacing w:after="140" w:line="276" w:lineRule="auto"/>
        <w:jc w:val="center"/>
        <w:rPr>
          <w:rFonts w:ascii="Montserrat Light" w:hAnsi="Montserrat Light"/>
          <w:b/>
          <w:color w:val="auto"/>
          <w:sz w:val="30"/>
        </w:rPr>
      </w:pPr>
      <w:proofErr w:type="spellStart"/>
      <w:r w:rsidRPr="00F93BDE">
        <w:rPr>
          <w:rFonts w:ascii="Montserrat Light" w:hAnsi="Montserrat Light"/>
          <w:b/>
          <w:color w:val="auto"/>
          <w:sz w:val="30"/>
        </w:rPr>
        <w:t>Upisnica</w:t>
      </w:r>
      <w:proofErr w:type="spellEnd"/>
      <w:r w:rsidRPr="00F93BDE">
        <w:rPr>
          <w:rFonts w:ascii="Montserrat Light" w:hAnsi="Montserrat Light"/>
          <w:b/>
          <w:color w:val="auto"/>
          <w:sz w:val="30"/>
        </w:rPr>
        <w:t xml:space="preserve"> – </w:t>
      </w:r>
      <w:proofErr w:type="spellStart"/>
      <w:r w:rsidRPr="00F93BDE">
        <w:rPr>
          <w:rFonts w:ascii="Montserrat Light" w:hAnsi="Montserrat Light"/>
          <w:b/>
          <w:color w:val="auto"/>
          <w:sz w:val="30"/>
        </w:rPr>
        <w:t>individualna</w:t>
      </w:r>
      <w:proofErr w:type="spellEnd"/>
      <w:r w:rsidRPr="00F93BDE">
        <w:rPr>
          <w:rFonts w:ascii="Montserrat Light" w:hAnsi="Montserrat Light"/>
          <w:b/>
          <w:color w:val="auto"/>
          <w:sz w:val="30"/>
        </w:rPr>
        <w:t xml:space="preserve"> </w:t>
      </w:r>
      <w:proofErr w:type="spellStart"/>
      <w:r w:rsidRPr="00F93BDE">
        <w:rPr>
          <w:rFonts w:ascii="Montserrat Light" w:hAnsi="Montserrat Light"/>
          <w:b/>
          <w:color w:val="auto"/>
          <w:sz w:val="30"/>
        </w:rPr>
        <w:t>nastava</w:t>
      </w:r>
      <w:proofErr w:type="spellEnd"/>
    </w:p>
    <w:p w14:paraId="18DBC2A7" w14:textId="77777777" w:rsidR="00800325" w:rsidRPr="00F93BDE" w:rsidRDefault="00800325" w:rsidP="00F93BDE">
      <w:pPr>
        <w:spacing w:after="140" w:line="276" w:lineRule="auto"/>
        <w:jc w:val="center"/>
        <w:rPr>
          <w:rFonts w:ascii="Montserrat Light" w:hAnsi="Montserrat Light"/>
          <w:color w:val="auto"/>
        </w:rPr>
      </w:pPr>
    </w:p>
    <w:tbl>
      <w:tblPr>
        <w:tblStyle w:val="Reetkatablice"/>
        <w:tblW w:w="9975" w:type="dxa"/>
        <w:jc w:val="center"/>
        <w:tblLayout w:type="fixed"/>
        <w:tblLook w:val="04A0" w:firstRow="1" w:lastRow="0" w:firstColumn="1" w:lastColumn="0" w:noHBand="0" w:noVBand="1"/>
      </w:tblPr>
      <w:tblGrid>
        <w:gridCol w:w="3855"/>
        <w:gridCol w:w="6120"/>
      </w:tblGrid>
      <w:tr w:rsidR="00F93BDE" w:rsidRPr="00F93BDE" w14:paraId="652605F7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2276D2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Ime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i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prezime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3512FB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7A569E2C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BFCC50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Dan,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mj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.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i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 </w:t>
            </w:r>
            <w:proofErr w:type="gramStart"/>
            <w:r w:rsidRPr="00F93BDE">
              <w:rPr>
                <w:rFonts w:ascii="Montserrat Light" w:hAnsi="Montserrat Light"/>
                <w:color w:val="auto"/>
                <w:sz w:val="20"/>
              </w:rPr>
              <w:t>god</w:t>
            </w:r>
            <w:proofErr w:type="gramEnd"/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.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rođenja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0E155F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7C279BF7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EF4D2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20"/>
              </w:rPr>
              <w:t>OIB: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02F96D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0F0E6AC0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75CFA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Adresa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D69B3E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61F51D19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21F755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Telefon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 / GSM: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A3878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22F68A91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A2931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E-mail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adresa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BAFFDC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30AE066A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2EA8E0" w14:textId="7E5A178E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Glazbalo</w:t>
            </w:r>
            <w:proofErr w:type="spellEnd"/>
            <w:r w:rsidR="005C11A0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118F2B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5C11A0" w:rsidRPr="00F93BDE" w14:paraId="6D3A6C13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DF3FA2" w14:textId="317695E4" w:rsidR="005C11A0" w:rsidRPr="00F93BDE" w:rsidRDefault="005C11A0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20"/>
              </w:rPr>
            </w:pPr>
            <w:proofErr w:type="spellStart"/>
            <w:r>
              <w:rPr>
                <w:rFonts w:ascii="Montserrat Light" w:hAnsi="Montserrat Light"/>
                <w:color w:val="auto"/>
                <w:sz w:val="20"/>
              </w:rPr>
              <w:t>S</w:t>
            </w:r>
            <w:r w:rsidRPr="00F93BDE">
              <w:rPr>
                <w:rFonts w:ascii="Montserrat Light" w:hAnsi="Montserrat Light"/>
                <w:color w:val="auto"/>
                <w:sz w:val="20"/>
              </w:rPr>
              <w:t>emestar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9917FF" w14:textId="77777777" w:rsidR="005C11A0" w:rsidRPr="00F93BDE" w:rsidRDefault="005C11A0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4AA84C3C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38E747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Datum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upisa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D4F4E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</w:p>
        </w:tc>
      </w:tr>
      <w:tr w:rsidR="00F93BDE" w:rsidRPr="00F93BDE" w14:paraId="5A438E3C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817F07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Broj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 xml:space="preserve"> sati u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20"/>
              </w:rPr>
              <w:t>semestru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20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F2F23B" w14:textId="77777777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i/>
                <w:color w:val="auto"/>
                <w:sz w:val="20"/>
              </w:rPr>
              <w:t xml:space="preserve">12 (45 </w:t>
            </w:r>
            <w:proofErr w:type="spellStart"/>
            <w:r w:rsidRPr="00F93BDE">
              <w:rPr>
                <w:rFonts w:ascii="Montserrat Light" w:hAnsi="Montserrat Light"/>
                <w:i/>
                <w:color w:val="auto"/>
                <w:sz w:val="20"/>
              </w:rPr>
              <w:t>minuta</w:t>
            </w:r>
            <w:proofErr w:type="spellEnd"/>
            <w:r w:rsidRPr="00F93BDE">
              <w:rPr>
                <w:rFonts w:ascii="Montserrat Light" w:hAnsi="Montserrat Light"/>
                <w:i/>
                <w:color w:val="auto"/>
                <w:sz w:val="20"/>
              </w:rPr>
              <w:t>)</w:t>
            </w:r>
          </w:p>
        </w:tc>
      </w:tr>
      <w:tr w:rsidR="00F93BDE" w:rsidRPr="00F93BDE" w14:paraId="6FA170C2" w14:textId="77777777" w:rsidTr="005C11A0">
        <w:trPr>
          <w:trHeight w:val="68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DAFDE" w14:textId="77777777" w:rsid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19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Izabrati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način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plaćanja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semestra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>:</w:t>
            </w:r>
          </w:p>
          <w:p w14:paraId="6CB4749A" w14:textId="6A10B289" w:rsidR="00FB2110" w:rsidRPr="00F93BDE" w:rsidRDefault="00FB2110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>
              <w:rPr>
                <w:rFonts w:ascii="Montserrat Light" w:hAnsi="Montserrat Light"/>
                <w:color w:val="auto"/>
                <w:sz w:val="19"/>
              </w:rPr>
              <w:t>(</w:t>
            </w:r>
            <w:proofErr w:type="spellStart"/>
            <w:r>
              <w:rPr>
                <w:rFonts w:ascii="Montserrat Light" w:hAnsi="Montserrat Light"/>
                <w:color w:val="auto"/>
                <w:sz w:val="19"/>
              </w:rPr>
              <w:t>obrisati</w:t>
            </w:r>
            <w:proofErr w:type="spellEnd"/>
            <w:r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>
              <w:rPr>
                <w:rFonts w:ascii="Montserrat Light" w:hAnsi="Montserrat Light"/>
                <w:color w:val="auto"/>
                <w:sz w:val="19"/>
              </w:rPr>
              <w:t>neželjeno</w:t>
            </w:r>
            <w:proofErr w:type="spellEnd"/>
            <w:r>
              <w:rPr>
                <w:rFonts w:ascii="Montserrat Light" w:hAnsi="Montserrat Light"/>
                <w:color w:val="auto"/>
                <w:sz w:val="19"/>
              </w:rPr>
              <w:t>)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D56D35" w14:textId="689D64A2" w:rsidR="00FB2110" w:rsidRDefault="00DB42EA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18"/>
              </w:rPr>
            </w:pPr>
            <w:r w:rsidRPr="00F93BDE">
              <w:rPr>
                <w:rFonts w:ascii="Montserrat Light" w:hAnsi="Montserrat Light"/>
                <w:color w:val="auto"/>
                <w:sz w:val="18"/>
              </w:rPr>
              <w:t>3</w:t>
            </w:r>
            <w:r>
              <w:rPr>
                <w:rFonts w:ascii="Montserrat Light" w:hAnsi="Montserrat Light"/>
                <w:color w:val="auto"/>
                <w:sz w:val="18"/>
              </w:rPr>
              <w:t>24</w:t>
            </w:r>
            <w:r w:rsidRPr="00F93BDE">
              <w:rPr>
                <w:rFonts w:ascii="Montserrat Light" w:hAnsi="Montserrat Light"/>
                <w:color w:val="auto"/>
                <w:sz w:val="18"/>
              </w:rPr>
              <w:t xml:space="preserve">,00 EUR </w:t>
            </w:r>
            <w:r>
              <w:rPr>
                <w:rFonts w:ascii="Montserrat Light" w:hAnsi="Montserrat Light"/>
                <w:color w:val="auto"/>
                <w:sz w:val="18"/>
              </w:rPr>
              <w:t xml:space="preserve">- </w:t>
            </w:r>
            <w:proofErr w:type="spellStart"/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>jednokratno</w:t>
            </w:r>
            <w:proofErr w:type="spellEnd"/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 xml:space="preserve"> s </w:t>
            </w:r>
            <w:proofErr w:type="spellStart"/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>popustom</w:t>
            </w:r>
            <w:proofErr w:type="spellEnd"/>
            <w:r>
              <w:rPr>
                <w:rFonts w:ascii="Montserrat Light" w:hAnsi="Montserrat Light"/>
                <w:color w:val="auto"/>
                <w:sz w:val="18"/>
              </w:rPr>
              <w:t xml:space="preserve"> 10%</w:t>
            </w:r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 xml:space="preserve"> </w:t>
            </w:r>
            <w:r>
              <w:rPr>
                <w:rFonts w:ascii="Montserrat Light" w:hAnsi="Montserrat Light"/>
                <w:color w:val="auto"/>
                <w:sz w:val="18"/>
              </w:rPr>
              <w:t>(</w:t>
            </w:r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>360,00</w:t>
            </w:r>
            <w:r>
              <w:rPr>
                <w:rFonts w:ascii="Montserrat Light" w:hAnsi="Montserrat Light"/>
                <w:color w:val="auto"/>
                <w:sz w:val="18"/>
              </w:rPr>
              <w:t xml:space="preserve"> –</w:t>
            </w:r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 xml:space="preserve"> </w:t>
            </w:r>
            <w:r>
              <w:rPr>
                <w:rFonts w:ascii="Montserrat Light" w:hAnsi="Montserrat Light"/>
                <w:color w:val="auto"/>
                <w:sz w:val="18"/>
              </w:rPr>
              <w:t xml:space="preserve">36,00 </w:t>
            </w:r>
            <w:proofErr w:type="spellStart"/>
            <w:r>
              <w:rPr>
                <w:rFonts w:ascii="Montserrat Light" w:hAnsi="Montserrat Light"/>
                <w:color w:val="auto"/>
                <w:sz w:val="18"/>
              </w:rPr>
              <w:t>eur</w:t>
            </w:r>
            <w:proofErr w:type="spellEnd"/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>)</w:t>
            </w:r>
          </w:p>
          <w:p w14:paraId="17FC9C32" w14:textId="77777777" w:rsidR="00FB2110" w:rsidRDefault="00FB2110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18"/>
              </w:rPr>
            </w:pPr>
          </w:p>
          <w:p w14:paraId="61EA2BDC" w14:textId="58BE198C" w:rsidR="00F93BDE" w:rsidRPr="00F93BDE" w:rsidRDefault="00DB42EA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18"/>
              </w:rPr>
              <w:t>360,00 EUR</w:t>
            </w:r>
            <w:r>
              <w:rPr>
                <w:rFonts w:ascii="Montserrat Light" w:hAnsi="Montserrat Light"/>
                <w:color w:val="auto"/>
                <w:sz w:val="18"/>
              </w:rPr>
              <w:t xml:space="preserve"> </w:t>
            </w:r>
            <w:proofErr w:type="gramStart"/>
            <w:r>
              <w:rPr>
                <w:rFonts w:ascii="Montserrat Light" w:hAnsi="Montserrat Light"/>
                <w:color w:val="auto"/>
                <w:sz w:val="18"/>
              </w:rPr>
              <w:t xml:space="preserve">- </w:t>
            </w:r>
            <w:r w:rsidRPr="00F93BDE">
              <w:rPr>
                <w:rFonts w:ascii="Montserrat Light" w:hAnsi="Montserrat Light"/>
                <w:color w:val="auto"/>
                <w:sz w:val="18"/>
              </w:rPr>
              <w:t xml:space="preserve"> </w:t>
            </w:r>
            <w:proofErr w:type="spellStart"/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>obročno</w:t>
            </w:r>
            <w:proofErr w:type="spellEnd"/>
            <w:proofErr w:type="gramEnd"/>
            <w:r w:rsidR="00F93BDE" w:rsidRPr="00F93BDE">
              <w:rPr>
                <w:rFonts w:ascii="Montserrat Light" w:hAnsi="Montserrat Light"/>
                <w:color w:val="auto"/>
                <w:sz w:val="18"/>
              </w:rPr>
              <w:t xml:space="preserve"> (120,00 EUR × 3</w:t>
            </w:r>
            <w:r>
              <w:rPr>
                <w:rFonts w:ascii="Montserrat Light" w:hAnsi="Montserrat Light"/>
                <w:color w:val="auto"/>
                <w:sz w:val="18"/>
              </w:rPr>
              <w:t>)</w:t>
            </w:r>
          </w:p>
        </w:tc>
      </w:tr>
      <w:tr w:rsidR="00F93BDE" w:rsidRPr="00F93BDE" w14:paraId="392B8727" w14:textId="77777777" w:rsidTr="005C11A0">
        <w:trPr>
          <w:trHeight w:val="68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1FD98" w14:textId="7325E314" w:rsid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19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Izabrati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način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primanja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9"/>
              </w:rPr>
              <w:t>računa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9"/>
              </w:rPr>
              <w:t>:</w:t>
            </w:r>
          </w:p>
          <w:p w14:paraId="1F6FBA84" w14:textId="2FCF7CA1" w:rsidR="00FB2110" w:rsidRPr="00F93BDE" w:rsidRDefault="00FB2110" w:rsidP="00FB2110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>
              <w:rPr>
                <w:rFonts w:ascii="Montserrat Light" w:hAnsi="Montserrat Light"/>
                <w:color w:val="auto"/>
                <w:sz w:val="19"/>
              </w:rPr>
              <w:t>(</w:t>
            </w:r>
            <w:proofErr w:type="spellStart"/>
            <w:r>
              <w:rPr>
                <w:rFonts w:ascii="Montserrat Light" w:hAnsi="Montserrat Light"/>
                <w:color w:val="auto"/>
                <w:sz w:val="19"/>
              </w:rPr>
              <w:t>obrisati</w:t>
            </w:r>
            <w:proofErr w:type="spellEnd"/>
            <w:r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>
              <w:rPr>
                <w:rFonts w:ascii="Montserrat Light" w:hAnsi="Montserrat Light"/>
                <w:color w:val="auto"/>
                <w:sz w:val="19"/>
              </w:rPr>
              <w:t>neželjeno</w:t>
            </w:r>
            <w:proofErr w:type="spellEnd"/>
            <w:r>
              <w:rPr>
                <w:rFonts w:ascii="Montserrat Light" w:hAnsi="Montserrat Light"/>
                <w:color w:val="auto"/>
                <w:sz w:val="19"/>
              </w:rPr>
              <w:t>)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0B9FE5" w14:textId="55EBDBBB" w:rsidR="00FB2110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18"/>
              </w:rPr>
            </w:pPr>
            <w:proofErr w:type="spellStart"/>
            <w:r w:rsidRPr="00F93BDE">
              <w:rPr>
                <w:rFonts w:ascii="Montserrat Light" w:hAnsi="Montserrat Light"/>
                <w:color w:val="auto"/>
                <w:sz w:val="18"/>
              </w:rPr>
              <w:t>poštom</w:t>
            </w:r>
            <w:proofErr w:type="spellEnd"/>
            <w:r w:rsidRPr="00F93BDE">
              <w:rPr>
                <w:rFonts w:ascii="Montserrat Light" w:hAnsi="Montserrat Light"/>
                <w:color w:val="auto"/>
                <w:sz w:val="18"/>
              </w:rPr>
              <w:t xml:space="preserve"> </w:t>
            </w:r>
          </w:p>
          <w:p w14:paraId="3966F511" w14:textId="77777777" w:rsidR="00FB2110" w:rsidRDefault="00FB2110" w:rsidP="00F93BDE">
            <w:pPr>
              <w:spacing w:after="0" w:line="240" w:lineRule="auto"/>
              <w:rPr>
                <w:rFonts w:ascii="Montserrat Light" w:hAnsi="Montserrat Light"/>
                <w:color w:val="auto"/>
                <w:sz w:val="18"/>
              </w:rPr>
            </w:pPr>
          </w:p>
          <w:p w14:paraId="1C530D22" w14:textId="2D01F394" w:rsidR="00F93BDE" w:rsidRPr="00F93BDE" w:rsidRDefault="00F93BDE" w:rsidP="00F93BDE">
            <w:pPr>
              <w:spacing w:after="0" w:line="240" w:lineRule="auto"/>
              <w:rPr>
                <w:rFonts w:ascii="Montserrat Light" w:hAnsi="Montserrat Light"/>
                <w:color w:val="auto"/>
              </w:rPr>
            </w:pPr>
            <w:r w:rsidRPr="00F93BDE">
              <w:rPr>
                <w:rFonts w:ascii="Montserrat Light" w:hAnsi="Montserrat Light"/>
                <w:color w:val="auto"/>
                <w:sz w:val="18"/>
              </w:rPr>
              <w:t>e-</w:t>
            </w:r>
            <w:proofErr w:type="spellStart"/>
            <w:r w:rsidRPr="00F93BDE">
              <w:rPr>
                <w:rFonts w:ascii="Montserrat Light" w:hAnsi="Montserrat Light"/>
                <w:color w:val="auto"/>
                <w:sz w:val="18"/>
              </w:rPr>
              <w:t>mailom</w:t>
            </w:r>
            <w:proofErr w:type="spellEnd"/>
          </w:p>
        </w:tc>
      </w:tr>
      <w:tr w:rsidR="00F93BDE" w:rsidRPr="00F93BDE" w14:paraId="44C62A07" w14:textId="77777777" w:rsidTr="005C11A0">
        <w:trPr>
          <w:trHeight w:val="420"/>
          <w:jc w:val="center"/>
        </w:trPr>
        <w:tc>
          <w:tcPr>
            <w:tcW w:w="3855" w:type="dxa"/>
            <w:shd w:val="clear" w:color="auto" w:fill="F3F3F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ECA6AD" w14:textId="65445D4C" w:rsidR="00F93BDE" w:rsidRPr="00F93BDE" w:rsidRDefault="00F93BDE" w:rsidP="00F93BDE">
            <w:pPr>
              <w:spacing w:after="0" w:line="240" w:lineRule="auto"/>
              <w:rPr>
                <w:rFonts w:ascii="Montserrat" w:hAnsi="Montserrat"/>
                <w:color w:val="auto"/>
              </w:rPr>
            </w:pPr>
            <w:proofErr w:type="spellStart"/>
            <w:r w:rsidRPr="00800325">
              <w:rPr>
                <w:rFonts w:ascii="Montserrat Light" w:hAnsi="Montserrat Light"/>
                <w:color w:val="auto"/>
                <w:sz w:val="19"/>
              </w:rPr>
              <w:t>Potpis</w:t>
            </w:r>
            <w:proofErr w:type="spellEnd"/>
            <w:r w:rsidR="00DB42EA">
              <w:rPr>
                <w:rFonts w:ascii="Montserrat Light" w:hAnsi="Montserrat Light"/>
                <w:color w:val="auto"/>
                <w:sz w:val="19"/>
              </w:rPr>
              <w:t xml:space="preserve"> (Ime </w:t>
            </w:r>
            <w:proofErr w:type="spellStart"/>
            <w:r w:rsidR="00DB42EA">
              <w:rPr>
                <w:rFonts w:ascii="Montserrat Light" w:hAnsi="Montserrat Light"/>
                <w:color w:val="auto"/>
                <w:sz w:val="19"/>
              </w:rPr>
              <w:t>i</w:t>
            </w:r>
            <w:proofErr w:type="spellEnd"/>
            <w:r w:rsidR="00DB42EA">
              <w:rPr>
                <w:rFonts w:ascii="Montserrat Light" w:hAnsi="Montserrat Light"/>
                <w:color w:val="auto"/>
                <w:sz w:val="19"/>
              </w:rPr>
              <w:t xml:space="preserve"> </w:t>
            </w:r>
            <w:proofErr w:type="spellStart"/>
            <w:r w:rsidR="00DB42EA">
              <w:rPr>
                <w:rFonts w:ascii="Montserrat Light" w:hAnsi="Montserrat Light"/>
                <w:color w:val="auto"/>
                <w:sz w:val="19"/>
              </w:rPr>
              <w:t>Prezime</w:t>
            </w:r>
            <w:proofErr w:type="spellEnd"/>
            <w:r w:rsidR="00DB42EA">
              <w:rPr>
                <w:rFonts w:ascii="Montserrat Light" w:hAnsi="Montserrat Light"/>
                <w:color w:val="auto"/>
                <w:sz w:val="19"/>
              </w:rPr>
              <w:t>)</w:t>
            </w:r>
            <w:r w:rsidRPr="00800325">
              <w:rPr>
                <w:rFonts w:ascii="Montserrat Light" w:hAnsi="Montserrat Light"/>
                <w:color w:val="auto"/>
                <w:sz w:val="19"/>
              </w:rPr>
              <w:t>:</w:t>
            </w:r>
          </w:p>
        </w:tc>
        <w:tc>
          <w:tcPr>
            <w:tcW w:w="61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C32DEF" w14:textId="77777777" w:rsidR="00F93BDE" w:rsidRPr="00F93BDE" w:rsidRDefault="00F93BDE" w:rsidP="00F93BDE">
            <w:pPr>
              <w:spacing w:after="0" w:line="240" w:lineRule="auto"/>
              <w:rPr>
                <w:rFonts w:hint="eastAsia"/>
                <w:color w:val="auto"/>
              </w:rPr>
            </w:pPr>
          </w:p>
        </w:tc>
      </w:tr>
    </w:tbl>
    <w:p w14:paraId="0147204B" w14:textId="77777777" w:rsidR="00F93BDE" w:rsidRPr="00F93BDE" w:rsidRDefault="00F93BDE" w:rsidP="00F93BDE">
      <w:pPr>
        <w:spacing w:before="60" w:after="0" w:line="276" w:lineRule="auto"/>
        <w:rPr>
          <w:rFonts w:hint="eastAsia"/>
          <w:color w:val="auto"/>
        </w:rPr>
      </w:pPr>
    </w:p>
    <w:p w14:paraId="20AE973E" w14:textId="6A67484B" w:rsidR="00F93BDE" w:rsidRPr="00800325" w:rsidRDefault="00F93BDE" w:rsidP="00F93BDE">
      <w:pPr>
        <w:spacing w:after="20" w:line="276" w:lineRule="auto"/>
        <w:jc w:val="center"/>
        <w:rPr>
          <w:rFonts w:hint="eastAsia"/>
          <w:color w:val="auto"/>
          <w:sz w:val="12"/>
          <w:szCs w:val="12"/>
        </w:rPr>
      </w:pPr>
      <w:proofErr w:type="spellStart"/>
      <w:r w:rsidRPr="00800325">
        <w:rPr>
          <w:color w:val="auto"/>
          <w:sz w:val="12"/>
          <w:szCs w:val="12"/>
        </w:rPr>
        <w:t>Ovim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potpisom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dajem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izričitu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privolu</w:t>
      </w:r>
      <w:proofErr w:type="spellEnd"/>
      <w:r w:rsidRPr="00800325">
        <w:rPr>
          <w:color w:val="auto"/>
          <w:sz w:val="12"/>
          <w:szCs w:val="12"/>
        </w:rPr>
        <w:t xml:space="preserve"> da se </w:t>
      </w:r>
      <w:proofErr w:type="spellStart"/>
      <w:r w:rsidRPr="00800325">
        <w:rPr>
          <w:color w:val="auto"/>
          <w:sz w:val="12"/>
          <w:szCs w:val="12"/>
        </w:rPr>
        <w:t>moji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podaci</w:t>
      </w:r>
      <w:proofErr w:type="spellEnd"/>
      <w:r w:rsidRPr="00800325">
        <w:rPr>
          <w:color w:val="auto"/>
          <w:sz w:val="12"/>
          <w:szCs w:val="12"/>
        </w:rPr>
        <w:t xml:space="preserve"> (</w:t>
      </w:r>
      <w:proofErr w:type="spellStart"/>
      <w:r w:rsidRPr="00800325">
        <w:rPr>
          <w:color w:val="auto"/>
          <w:sz w:val="12"/>
          <w:szCs w:val="12"/>
        </w:rPr>
        <w:t>odnosno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podaci</w:t>
      </w:r>
      <w:proofErr w:type="spellEnd"/>
      <w:r w:rsidRPr="00800325">
        <w:rPr>
          <w:color w:val="auto"/>
          <w:sz w:val="12"/>
          <w:szCs w:val="12"/>
        </w:rPr>
        <w:t xml:space="preserve"> mog </w:t>
      </w:r>
      <w:proofErr w:type="spellStart"/>
      <w:r w:rsidRPr="00800325">
        <w:rPr>
          <w:color w:val="auto"/>
          <w:sz w:val="12"/>
          <w:szCs w:val="12"/>
        </w:rPr>
        <w:t>malodobnog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djeteta</w:t>
      </w:r>
      <w:proofErr w:type="spellEnd"/>
      <w:r w:rsidRPr="00800325">
        <w:rPr>
          <w:color w:val="auto"/>
          <w:sz w:val="12"/>
          <w:szCs w:val="12"/>
        </w:rPr>
        <w:t xml:space="preserve">), </w:t>
      </w:r>
      <w:proofErr w:type="spellStart"/>
      <w:r w:rsidRPr="00800325">
        <w:rPr>
          <w:color w:val="auto"/>
          <w:sz w:val="12"/>
          <w:szCs w:val="12"/>
        </w:rPr>
        <w:t>te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prikupljene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fotografije</w:t>
      </w:r>
      <w:proofErr w:type="spellEnd"/>
      <w:r w:rsidRPr="00800325">
        <w:rPr>
          <w:color w:val="auto"/>
          <w:sz w:val="12"/>
          <w:szCs w:val="12"/>
        </w:rPr>
        <w:t xml:space="preserve">, audio </w:t>
      </w:r>
      <w:proofErr w:type="spellStart"/>
      <w:r w:rsidRPr="00800325">
        <w:rPr>
          <w:color w:val="auto"/>
          <w:sz w:val="12"/>
          <w:szCs w:val="12"/>
        </w:rPr>
        <w:t>i</w:t>
      </w:r>
      <w:proofErr w:type="spellEnd"/>
      <w:r w:rsidRPr="00800325">
        <w:rPr>
          <w:color w:val="auto"/>
          <w:sz w:val="12"/>
          <w:szCs w:val="12"/>
        </w:rPr>
        <w:t xml:space="preserve"> video </w:t>
      </w:r>
      <w:proofErr w:type="spellStart"/>
      <w:r w:rsidRPr="00800325">
        <w:rPr>
          <w:color w:val="auto"/>
          <w:sz w:val="12"/>
          <w:szCs w:val="12"/>
        </w:rPr>
        <w:t>zapisi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nastali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tijekom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obrazovanja</w:t>
      </w:r>
      <w:proofErr w:type="spellEnd"/>
      <w:r w:rsidRPr="00800325">
        <w:rPr>
          <w:color w:val="auto"/>
          <w:sz w:val="12"/>
          <w:szCs w:val="12"/>
        </w:rPr>
        <w:t xml:space="preserve">, </w:t>
      </w:r>
      <w:proofErr w:type="spellStart"/>
      <w:r w:rsidRPr="00800325">
        <w:rPr>
          <w:color w:val="auto"/>
          <w:sz w:val="12"/>
          <w:szCs w:val="12"/>
        </w:rPr>
        <w:t>mogu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koristiti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samo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isključivo</w:t>
      </w:r>
      <w:proofErr w:type="spellEnd"/>
      <w:r w:rsidRPr="00800325">
        <w:rPr>
          <w:color w:val="auto"/>
          <w:sz w:val="12"/>
          <w:szCs w:val="12"/>
        </w:rPr>
        <w:t xml:space="preserve"> u </w:t>
      </w:r>
      <w:proofErr w:type="spellStart"/>
      <w:r w:rsidRPr="00800325">
        <w:rPr>
          <w:color w:val="auto"/>
          <w:sz w:val="12"/>
          <w:szCs w:val="12"/>
        </w:rPr>
        <w:t>svrhu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informiranja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promocije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obrta</w:t>
      </w:r>
      <w:proofErr w:type="spellEnd"/>
      <w:r w:rsidRPr="00800325">
        <w:rPr>
          <w:color w:val="auto"/>
          <w:sz w:val="12"/>
          <w:szCs w:val="12"/>
        </w:rPr>
        <w:t xml:space="preserve"> Let the Music Play, </w:t>
      </w:r>
      <w:proofErr w:type="spellStart"/>
      <w:r w:rsidRPr="00800325">
        <w:rPr>
          <w:color w:val="auto"/>
          <w:sz w:val="12"/>
          <w:szCs w:val="12"/>
        </w:rPr>
        <w:t>vl.</w:t>
      </w:r>
      <w:proofErr w:type="spellEnd"/>
      <w:r w:rsidRPr="00800325">
        <w:rPr>
          <w:color w:val="auto"/>
          <w:sz w:val="12"/>
          <w:szCs w:val="12"/>
        </w:rPr>
        <w:t xml:space="preserve"> Igor Jurišić, u </w:t>
      </w:r>
      <w:proofErr w:type="spellStart"/>
      <w:proofErr w:type="gramStart"/>
      <w:r w:rsidRPr="00800325">
        <w:rPr>
          <w:color w:val="auto"/>
          <w:sz w:val="12"/>
          <w:szCs w:val="12"/>
        </w:rPr>
        <w:t>skladu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r w:rsidR="00800325">
        <w:rPr>
          <w:color w:val="auto"/>
          <w:sz w:val="12"/>
          <w:szCs w:val="12"/>
        </w:rPr>
        <w:t xml:space="preserve"> </w:t>
      </w:r>
      <w:r w:rsidRPr="00800325">
        <w:rPr>
          <w:color w:val="auto"/>
          <w:sz w:val="12"/>
          <w:szCs w:val="12"/>
        </w:rPr>
        <w:t>s</w:t>
      </w:r>
      <w:proofErr w:type="gram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primjenjivim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propisima</w:t>
      </w:r>
      <w:proofErr w:type="spellEnd"/>
      <w:r w:rsidRPr="00800325">
        <w:rPr>
          <w:color w:val="auto"/>
          <w:sz w:val="12"/>
          <w:szCs w:val="12"/>
        </w:rPr>
        <w:t xml:space="preserve"> o </w:t>
      </w:r>
      <w:proofErr w:type="spellStart"/>
      <w:r w:rsidRPr="00800325">
        <w:rPr>
          <w:color w:val="auto"/>
          <w:sz w:val="12"/>
          <w:szCs w:val="12"/>
        </w:rPr>
        <w:t>zaštiti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osobnih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podataka</w:t>
      </w:r>
      <w:proofErr w:type="spellEnd"/>
      <w:r w:rsidRPr="00800325">
        <w:rPr>
          <w:color w:val="auto"/>
          <w:sz w:val="12"/>
          <w:szCs w:val="12"/>
        </w:rPr>
        <w:t xml:space="preserve"> (GDPR).</w:t>
      </w:r>
    </w:p>
    <w:p w14:paraId="64ECEFA0" w14:textId="77777777" w:rsidR="00F93BDE" w:rsidRPr="00800325" w:rsidRDefault="00F93BDE" w:rsidP="00F93BDE">
      <w:pPr>
        <w:spacing w:after="0" w:line="276" w:lineRule="auto"/>
        <w:jc w:val="center"/>
        <w:rPr>
          <w:rFonts w:hint="eastAsia"/>
          <w:color w:val="auto"/>
          <w:sz w:val="12"/>
          <w:szCs w:val="12"/>
        </w:rPr>
      </w:pPr>
      <w:proofErr w:type="spellStart"/>
      <w:r w:rsidRPr="00800325">
        <w:rPr>
          <w:color w:val="auto"/>
          <w:sz w:val="12"/>
          <w:szCs w:val="12"/>
        </w:rPr>
        <w:t>Upoznat</w:t>
      </w:r>
      <w:proofErr w:type="spellEnd"/>
      <w:r w:rsidRPr="00800325">
        <w:rPr>
          <w:color w:val="auto"/>
          <w:sz w:val="12"/>
          <w:szCs w:val="12"/>
        </w:rPr>
        <w:t xml:space="preserve">/a </w:t>
      </w:r>
      <w:proofErr w:type="spellStart"/>
      <w:r w:rsidRPr="00800325">
        <w:rPr>
          <w:color w:val="auto"/>
          <w:sz w:val="12"/>
          <w:szCs w:val="12"/>
        </w:rPr>
        <w:t>sam</w:t>
      </w:r>
      <w:proofErr w:type="spellEnd"/>
      <w:r w:rsidRPr="00800325">
        <w:rPr>
          <w:color w:val="auto"/>
          <w:sz w:val="12"/>
          <w:szCs w:val="12"/>
        </w:rPr>
        <w:t xml:space="preserve"> s </w:t>
      </w:r>
      <w:proofErr w:type="spellStart"/>
      <w:r w:rsidRPr="00800325">
        <w:rPr>
          <w:color w:val="auto"/>
          <w:sz w:val="12"/>
          <w:szCs w:val="12"/>
        </w:rPr>
        <w:t>pravima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obvezama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sukladno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važećim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propisima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Općoj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uredbi</w:t>
      </w:r>
      <w:proofErr w:type="spellEnd"/>
      <w:r w:rsidRPr="00800325">
        <w:rPr>
          <w:color w:val="auto"/>
          <w:sz w:val="12"/>
          <w:szCs w:val="12"/>
        </w:rPr>
        <w:t xml:space="preserve"> o </w:t>
      </w:r>
      <w:proofErr w:type="spellStart"/>
      <w:r w:rsidRPr="00800325">
        <w:rPr>
          <w:color w:val="auto"/>
          <w:sz w:val="12"/>
          <w:szCs w:val="12"/>
        </w:rPr>
        <w:t>zaštiti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osobnih</w:t>
      </w:r>
      <w:proofErr w:type="spellEnd"/>
      <w:r w:rsidRPr="00800325">
        <w:rPr>
          <w:color w:val="auto"/>
          <w:sz w:val="12"/>
          <w:szCs w:val="12"/>
        </w:rPr>
        <w:t xml:space="preserve"> </w:t>
      </w:r>
      <w:proofErr w:type="spellStart"/>
      <w:r w:rsidRPr="00800325">
        <w:rPr>
          <w:color w:val="auto"/>
          <w:sz w:val="12"/>
          <w:szCs w:val="12"/>
        </w:rPr>
        <w:t>podataka</w:t>
      </w:r>
      <w:proofErr w:type="spellEnd"/>
      <w:r w:rsidRPr="00800325">
        <w:rPr>
          <w:color w:val="auto"/>
          <w:sz w:val="12"/>
          <w:szCs w:val="12"/>
        </w:rPr>
        <w:t>.</w:t>
      </w:r>
    </w:p>
    <w:p w14:paraId="70B1CB1D" w14:textId="77777777" w:rsidR="00F93BDE" w:rsidRPr="00F93BDE" w:rsidRDefault="00F93BDE" w:rsidP="00F93BDE">
      <w:pPr>
        <w:spacing w:after="200" w:line="276" w:lineRule="auto"/>
        <w:rPr>
          <w:rFonts w:hint="eastAsia"/>
          <w:color w:val="auto"/>
        </w:rPr>
      </w:pPr>
    </w:p>
    <w:p w14:paraId="6FCA14F6" w14:textId="77777777" w:rsidR="00F93BDE" w:rsidRPr="00F93BDE" w:rsidRDefault="00F93BDE" w:rsidP="00F93BDE">
      <w:pPr>
        <w:spacing w:after="200" w:line="276" w:lineRule="auto"/>
        <w:rPr>
          <w:rFonts w:hint="eastAsia"/>
          <w:color w:val="auto"/>
        </w:rPr>
      </w:pPr>
    </w:p>
    <w:sectPr w:rsidR="00F93BDE" w:rsidRPr="00F93BDE" w:rsidSect="00017CB5">
      <w:headerReference w:type="default" r:id="rId8"/>
      <w:footerReference w:type="default" r:id="rId9"/>
      <w:pgSz w:w="11906" w:h="16838"/>
      <w:pgMar w:top="3515" w:right="1134" w:bottom="1247" w:left="1134" w:header="51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1C2EE" w14:textId="77777777" w:rsidR="005474AA" w:rsidRDefault="005474A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9024DEB" w14:textId="77777777" w:rsidR="005474AA" w:rsidRDefault="005474A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ontserrat Ligh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4579" w14:textId="77777777" w:rsidR="00D9620D" w:rsidRDefault="00D9620D">
    <w:pPr>
      <w:pStyle w:val="Podnoje"/>
      <w:pBdr>
        <w:bottom w:val="single" w:sz="6" w:space="1" w:color="C8C4FF"/>
      </w:pBdr>
      <w:spacing w:after="60"/>
      <w:rPr>
        <w:rFonts w:hint="eastAsia"/>
      </w:rPr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D9620D" w14:paraId="1E86C6A3" w14:textId="77777777"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</w:tcPr>
        <w:p w14:paraId="6420E3F5" w14:textId="2B1C6811" w:rsidR="00D9620D" w:rsidRDefault="00BF2BAE">
          <w:pPr>
            <w:spacing w:after="0"/>
            <w:rPr>
              <w:rFonts w:hint="eastAsia"/>
            </w:rPr>
          </w:pPr>
          <w:r>
            <w:rPr>
              <w:color w:val="5F5F69"/>
              <w:sz w:val="14"/>
            </w:rPr>
            <w:t xml:space="preserve">Let The Music Play • </w:t>
          </w:r>
          <w:proofErr w:type="spellStart"/>
          <w:r>
            <w:rPr>
              <w:color w:val="5F5F69"/>
              <w:sz w:val="14"/>
            </w:rPr>
            <w:t>obrt</w:t>
          </w:r>
          <w:proofErr w:type="spellEnd"/>
          <w:r>
            <w:rPr>
              <w:color w:val="5F5F69"/>
              <w:sz w:val="14"/>
            </w:rPr>
            <w:t xml:space="preserve"> za </w:t>
          </w:r>
          <w:proofErr w:type="spellStart"/>
          <w:r>
            <w:rPr>
              <w:color w:val="5F5F69"/>
              <w:sz w:val="14"/>
            </w:rPr>
            <w:t>glazbenu</w:t>
          </w:r>
          <w:proofErr w:type="spellEnd"/>
          <w:r>
            <w:rPr>
              <w:color w:val="5F5F69"/>
              <w:sz w:val="14"/>
            </w:rPr>
            <w:t xml:space="preserve"> </w:t>
          </w:r>
          <w:proofErr w:type="spellStart"/>
          <w:r>
            <w:rPr>
              <w:color w:val="5F5F69"/>
              <w:sz w:val="14"/>
            </w:rPr>
            <w:t>poduku</w:t>
          </w:r>
          <w:proofErr w:type="spellEnd"/>
          <w:r>
            <w:rPr>
              <w:color w:val="5F5F69"/>
              <w:sz w:val="14"/>
            </w:rPr>
            <w:t xml:space="preserve"> • </w:t>
          </w:r>
          <w:proofErr w:type="spellStart"/>
          <w:r w:rsidR="00017CB5">
            <w:rPr>
              <w:color w:val="5F5F69"/>
              <w:sz w:val="14"/>
            </w:rPr>
            <w:t>Ilica</w:t>
          </w:r>
          <w:proofErr w:type="spellEnd"/>
          <w:r w:rsidR="00017CB5">
            <w:rPr>
              <w:color w:val="5F5F69"/>
              <w:sz w:val="14"/>
            </w:rPr>
            <w:t xml:space="preserve"> 219a</w:t>
          </w:r>
          <w:r>
            <w:rPr>
              <w:color w:val="5F5F69"/>
              <w:sz w:val="14"/>
            </w:rPr>
            <w:t>, Zagreb</w:t>
          </w:r>
        </w:p>
      </w:tc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</w:tcPr>
        <w:p w14:paraId="5CD62643" w14:textId="00555261" w:rsidR="00D9620D" w:rsidRDefault="00800325">
          <w:pPr>
            <w:spacing w:after="0"/>
            <w:jc w:val="right"/>
            <w:rPr>
              <w:rFonts w:hint="eastAsia"/>
            </w:rPr>
          </w:pPr>
          <w:r>
            <w:rPr>
              <w:color w:val="5F5F69"/>
              <w:sz w:val="14"/>
            </w:rPr>
            <w:t>01</w:t>
          </w:r>
          <w:r w:rsidR="00BF2BAE">
            <w:rPr>
              <w:color w:val="5F5F69"/>
              <w:sz w:val="14"/>
            </w:rPr>
            <w:t xml:space="preserve"> </w:t>
          </w:r>
          <w:r>
            <w:rPr>
              <w:color w:val="5F5F69"/>
              <w:sz w:val="14"/>
            </w:rPr>
            <w:t>3708179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3517D" w14:textId="77777777" w:rsidR="005474AA" w:rsidRDefault="005474A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B42E7E" w14:textId="77777777" w:rsidR="005474AA" w:rsidRDefault="005474A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89154" w14:textId="77777777" w:rsidR="00D9620D" w:rsidRDefault="00D9620D">
    <w:pPr>
      <w:pStyle w:val="Zaglavlje"/>
      <w:rPr>
        <w:rFonts w:hint="eastAsia"/>
      </w:rPr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387"/>
      <w:gridCol w:w="4402"/>
    </w:tblGrid>
    <w:tr w:rsidR="00D9620D" w14:paraId="33D3C7DA" w14:textId="77777777" w:rsidTr="003A0E1D">
      <w:trPr>
        <w:trHeight w:val="252"/>
        <w:jc w:val="center"/>
      </w:trPr>
      <w:tc>
        <w:tcPr>
          <w:tcW w:w="4387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72BC38C7" w14:textId="77777777" w:rsidR="00D9620D" w:rsidRDefault="00BF2BAE">
          <w:pPr>
            <w:spacing w:after="0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324E2DDB" wp14:editId="2956465D">
                <wp:extent cx="1647567" cy="1079349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lazbeni logo Let the Music Play(1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5718" cy="1091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02" w:type="dxa"/>
          <w:tcMar>
            <w:top w:w="0" w:type="dxa"/>
            <w:left w:w="160" w:type="dxa"/>
            <w:bottom w:w="0" w:type="dxa"/>
            <w:right w:w="0" w:type="dxa"/>
          </w:tcMar>
          <w:vAlign w:val="center"/>
        </w:tcPr>
        <w:p w14:paraId="39DB0E66" w14:textId="77777777" w:rsidR="00D9620D" w:rsidRPr="004D2AEB" w:rsidRDefault="00BF2BAE">
          <w:pPr>
            <w:spacing w:after="20"/>
            <w:jc w:val="right"/>
            <w:rPr>
              <w:rFonts w:ascii="Montserrat Light" w:hAnsi="Montserrat Light"/>
              <w:sz w:val="14"/>
              <w:szCs w:val="14"/>
            </w:rPr>
          </w:pPr>
          <w:r w:rsidRPr="004D2AEB">
            <w:rPr>
              <w:rFonts w:ascii="Montserrat Light" w:hAnsi="Montserrat Light"/>
              <w:b/>
              <w:color w:val="2509FF"/>
              <w:sz w:val="14"/>
              <w:szCs w:val="14"/>
            </w:rPr>
            <w:t>LET THE MUSIC PLAY</w:t>
          </w:r>
        </w:p>
        <w:p w14:paraId="23C42C4F" w14:textId="77777777" w:rsidR="00D9620D" w:rsidRPr="004D2AEB" w:rsidRDefault="00BF2BAE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proofErr w:type="spellStart"/>
          <w:r w:rsidRPr="004D2AEB">
            <w:rPr>
              <w:rFonts w:ascii="Montserrat Light" w:hAnsi="Montserrat Light"/>
              <w:sz w:val="14"/>
              <w:szCs w:val="14"/>
            </w:rPr>
            <w:t>obrt</w:t>
          </w:r>
          <w:proofErr w:type="spellEnd"/>
          <w:r w:rsidRPr="004D2AEB">
            <w:rPr>
              <w:rFonts w:ascii="Montserrat Light" w:hAnsi="Montserrat Light"/>
              <w:sz w:val="14"/>
              <w:szCs w:val="14"/>
            </w:rPr>
            <w:t xml:space="preserve"> za </w:t>
          </w:r>
          <w:proofErr w:type="spellStart"/>
          <w:r w:rsidRPr="004D2AEB">
            <w:rPr>
              <w:rFonts w:ascii="Montserrat Light" w:hAnsi="Montserrat Light"/>
              <w:sz w:val="14"/>
              <w:szCs w:val="14"/>
            </w:rPr>
            <w:t>glazbenu</w:t>
          </w:r>
          <w:proofErr w:type="spellEnd"/>
          <w:r w:rsidRPr="004D2AEB">
            <w:rPr>
              <w:rFonts w:ascii="Montserrat Light" w:hAnsi="Montserrat Light"/>
              <w:sz w:val="14"/>
              <w:szCs w:val="14"/>
            </w:rPr>
            <w:t xml:space="preserve"> </w:t>
          </w:r>
          <w:proofErr w:type="spellStart"/>
          <w:r w:rsidRPr="004D2AEB">
            <w:rPr>
              <w:rFonts w:ascii="Montserrat Light" w:hAnsi="Montserrat Light"/>
              <w:sz w:val="14"/>
              <w:szCs w:val="14"/>
            </w:rPr>
            <w:t>poduku</w:t>
          </w:r>
          <w:proofErr w:type="spellEnd"/>
        </w:p>
        <w:p w14:paraId="37E49097" w14:textId="77777777" w:rsidR="00D9620D" w:rsidRPr="004D2AEB" w:rsidRDefault="00BF2BAE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proofErr w:type="spellStart"/>
          <w:r w:rsidRPr="004D2AEB">
            <w:rPr>
              <w:rFonts w:ascii="Montserrat Light" w:hAnsi="Montserrat Light"/>
              <w:sz w:val="14"/>
              <w:szCs w:val="14"/>
            </w:rPr>
            <w:t>vl.</w:t>
          </w:r>
          <w:proofErr w:type="spellEnd"/>
          <w:r w:rsidRPr="004D2AEB">
            <w:rPr>
              <w:rFonts w:ascii="Montserrat Light" w:hAnsi="Montserrat Light"/>
              <w:sz w:val="14"/>
              <w:szCs w:val="14"/>
            </w:rPr>
            <w:t xml:space="preserve"> Igor Jurišić</w:t>
          </w:r>
        </w:p>
        <w:p w14:paraId="568BCC0B" w14:textId="2218C08D" w:rsidR="00D9620D" w:rsidRPr="004D2AEB" w:rsidRDefault="00564193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proofErr w:type="spellStart"/>
          <w:r>
            <w:rPr>
              <w:rFonts w:ascii="Montserrat Light" w:hAnsi="Montserrat Light"/>
              <w:sz w:val="14"/>
              <w:szCs w:val="14"/>
            </w:rPr>
            <w:t>Ilica</w:t>
          </w:r>
          <w:proofErr w:type="spellEnd"/>
          <w:r>
            <w:rPr>
              <w:rFonts w:ascii="Montserrat Light" w:hAnsi="Montserrat Light"/>
              <w:sz w:val="14"/>
              <w:szCs w:val="14"/>
            </w:rPr>
            <w:t xml:space="preserve"> 219a, </w:t>
          </w:r>
          <w:r w:rsidR="00BF2BAE" w:rsidRPr="004D2AEB">
            <w:rPr>
              <w:rFonts w:ascii="Montserrat Light" w:hAnsi="Montserrat Light"/>
              <w:sz w:val="14"/>
              <w:szCs w:val="14"/>
            </w:rPr>
            <w:t>Zagreb</w:t>
          </w:r>
        </w:p>
        <w:p w14:paraId="4C1F9E02" w14:textId="77777777" w:rsidR="00D9620D" w:rsidRPr="004D2AEB" w:rsidRDefault="00BF2BAE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r w:rsidRPr="004D2AEB">
            <w:rPr>
              <w:rFonts w:ascii="Montserrat Light" w:hAnsi="Montserrat Light"/>
              <w:sz w:val="14"/>
              <w:szCs w:val="14"/>
            </w:rPr>
            <w:t xml:space="preserve">tel. (01) 37 08 </w:t>
          </w:r>
          <w:proofErr w:type="gramStart"/>
          <w:r w:rsidRPr="004D2AEB">
            <w:rPr>
              <w:rFonts w:ascii="Montserrat Light" w:hAnsi="Montserrat Light"/>
              <w:sz w:val="14"/>
              <w:szCs w:val="14"/>
            </w:rPr>
            <w:t>179  •</w:t>
          </w:r>
          <w:proofErr w:type="gramEnd"/>
          <w:r w:rsidRPr="004D2AEB">
            <w:rPr>
              <w:rFonts w:ascii="Montserrat Light" w:hAnsi="Montserrat Light"/>
              <w:sz w:val="14"/>
              <w:szCs w:val="14"/>
            </w:rPr>
            <w:t xml:space="preserve">  </w:t>
          </w:r>
          <w:proofErr w:type="spellStart"/>
          <w:r w:rsidRPr="004D2AEB">
            <w:rPr>
              <w:rFonts w:ascii="Montserrat Light" w:hAnsi="Montserrat Light"/>
              <w:sz w:val="14"/>
              <w:szCs w:val="14"/>
            </w:rPr>
            <w:t>gsm</w:t>
          </w:r>
          <w:proofErr w:type="spellEnd"/>
          <w:r w:rsidRPr="004D2AEB">
            <w:rPr>
              <w:rFonts w:ascii="Montserrat Light" w:hAnsi="Montserrat Light"/>
              <w:sz w:val="14"/>
              <w:szCs w:val="14"/>
            </w:rPr>
            <w:t xml:space="preserve"> 095/9002818</w:t>
          </w:r>
        </w:p>
        <w:p w14:paraId="73FD8EA9" w14:textId="77777777" w:rsidR="00D9620D" w:rsidRPr="004D2AEB" w:rsidRDefault="00BF2BAE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r w:rsidRPr="004D2AEB">
            <w:rPr>
              <w:rFonts w:ascii="Montserrat Light" w:hAnsi="Montserrat Light"/>
              <w:sz w:val="14"/>
              <w:szCs w:val="14"/>
            </w:rPr>
            <w:t>e-mail: info.letthemusicplay@gmail.com</w:t>
          </w:r>
        </w:p>
        <w:p w14:paraId="6156E4BA" w14:textId="77777777" w:rsidR="00D9620D" w:rsidRPr="004D2AEB" w:rsidRDefault="00BF2BAE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r w:rsidRPr="004D2AEB">
            <w:rPr>
              <w:rFonts w:ascii="Montserrat Light" w:hAnsi="Montserrat Light"/>
              <w:color w:val="5F5F69"/>
              <w:sz w:val="14"/>
              <w:szCs w:val="14"/>
            </w:rPr>
            <w:t>OIB 73892049878</w:t>
          </w:r>
        </w:p>
        <w:p w14:paraId="5D918CCF" w14:textId="4090C8C7" w:rsidR="00D9620D" w:rsidRPr="004D2AEB" w:rsidRDefault="00BF2BAE">
          <w:pPr>
            <w:spacing w:after="6"/>
            <w:jc w:val="right"/>
            <w:rPr>
              <w:rFonts w:ascii="Montserrat Light" w:hAnsi="Montserrat Light"/>
              <w:sz w:val="14"/>
              <w:szCs w:val="14"/>
            </w:rPr>
          </w:pPr>
          <w:r w:rsidRPr="004D2AEB">
            <w:rPr>
              <w:rFonts w:ascii="Montserrat Light" w:hAnsi="Montserrat Light"/>
              <w:color w:val="5F5F69"/>
              <w:sz w:val="14"/>
              <w:szCs w:val="14"/>
            </w:rPr>
            <w:t>IBAN HR6324020061140660</w:t>
          </w:r>
          <w:r w:rsidR="00820F65">
            <w:rPr>
              <w:rFonts w:ascii="Montserrat Light" w:hAnsi="Montserrat Light"/>
              <w:color w:val="5F5F69"/>
              <w:sz w:val="14"/>
              <w:szCs w:val="14"/>
            </w:rPr>
            <w:t>4</w:t>
          </w:r>
          <w:r w:rsidRPr="004D2AEB">
            <w:rPr>
              <w:rFonts w:ascii="Montserrat Light" w:hAnsi="Montserrat Light"/>
              <w:color w:val="5F5F69"/>
              <w:sz w:val="14"/>
              <w:szCs w:val="14"/>
            </w:rPr>
            <w:t>03</w:t>
          </w:r>
        </w:p>
      </w:tc>
    </w:tr>
  </w:tbl>
  <w:p w14:paraId="5EA6CA30" w14:textId="77777777" w:rsidR="00D9620D" w:rsidRDefault="00D9620D" w:rsidP="005A284F">
    <w:pPr>
      <w:pBdr>
        <w:bottom w:val="single" w:sz="14" w:space="1" w:color="2509FF"/>
      </w:pBdr>
      <w:spacing w:before="40" w:after="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1551225">
    <w:abstractNumId w:val="8"/>
  </w:num>
  <w:num w:numId="2" w16cid:durableId="563756286">
    <w:abstractNumId w:val="6"/>
  </w:num>
  <w:num w:numId="3" w16cid:durableId="2137673833">
    <w:abstractNumId w:val="5"/>
  </w:num>
  <w:num w:numId="4" w16cid:durableId="1749762275">
    <w:abstractNumId w:val="4"/>
  </w:num>
  <w:num w:numId="5" w16cid:durableId="307708467">
    <w:abstractNumId w:val="7"/>
  </w:num>
  <w:num w:numId="6" w16cid:durableId="124471406">
    <w:abstractNumId w:val="3"/>
  </w:num>
  <w:num w:numId="7" w16cid:durableId="391005138">
    <w:abstractNumId w:val="2"/>
  </w:num>
  <w:num w:numId="8" w16cid:durableId="1357847988">
    <w:abstractNumId w:val="1"/>
  </w:num>
  <w:num w:numId="9" w16cid:durableId="152143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CB5"/>
    <w:rsid w:val="00034616"/>
    <w:rsid w:val="0006063C"/>
    <w:rsid w:val="0015074B"/>
    <w:rsid w:val="0016373F"/>
    <w:rsid w:val="001D14FE"/>
    <w:rsid w:val="001D2235"/>
    <w:rsid w:val="0029639D"/>
    <w:rsid w:val="002B57A6"/>
    <w:rsid w:val="00326F90"/>
    <w:rsid w:val="00351809"/>
    <w:rsid w:val="00362396"/>
    <w:rsid w:val="003A0E1D"/>
    <w:rsid w:val="004005C4"/>
    <w:rsid w:val="00415F1B"/>
    <w:rsid w:val="004437C1"/>
    <w:rsid w:val="0046503B"/>
    <w:rsid w:val="004D2AEB"/>
    <w:rsid w:val="00527272"/>
    <w:rsid w:val="005474AA"/>
    <w:rsid w:val="005523B5"/>
    <w:rsid w:val="00564193"/>
    <w:rsid w:val="005A284F"/>
    <w:rsid w:val="005C11A0"/>
    <w:rsid w:val="005D22BF"/>
    <w:rsid w:val="006C2D17"/>
    <w:rsid w:val="006F5C13"/>
    <w:rsid w:val="0077109D"/>
    <w:rsid w:val="00800325"/>
    <w:rsid w:val="00820F65"/>
    <w:rsid w:val="00831D65"/>
    <w:rsid w:val="00931544"/>
    <w:rsid w:val="009D3F87"/>
    <w:rsid w:val="00A05B2D"/>
    <w:rsid w:val="00AA1D8D"/>
    <w:rsid w:val="00B25AA7"/>
    <w:rsid w:val="00B47730"/>
    <w:rsid w:val="00B534F0"/>
    <w:rsid w:val="00B632DF"/>
    <w:rsid w:val="00BF2BAE"/>
    <w:rsid w:val="00C0110C"/>
    <w:rsid w:val="00C45D31"/>
    <w:rsid w:val="00C75AA3"/>
    <w:rsid w:val="00CA3889"/>
    <w:rsid w:val="00CA3ED0"/>
    <w:rsid w:val="00CB0664"/>
    <w:rsid w:val="00CE34E8"/>
    <w:rsid w:val="00D25F7C"/>
    <w:rsid w:val="00D64F45"/>
    <w:rsid w:val="00D9620D"/>
    <w:rsid w:val="00DB42EA"/>
    <w:rsid w:val="00DB6C6C"/>
    <w:rsid w:val="00E1469F"/>
    <w:rsid w:val="00F14ED3"/>
    <w:rsid w:val="00F93BDE"/>
    <w:rsid w:val="00FB2110"/>
    <w:rsid w:val="00FC693F"/>
    <w:rsid w:val="00FD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D1C0E"/>
  <w14:defaultImageDpi w14:val="300"/>
  <w15:docId w15:val="{3A77E423-5455-4D3D-A814-110F7396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Liberation Sans" w:hAnsi="Liberation Sans"/>
      <w:color w:val="23232A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Memorandum dopisa - Let The Music Play</vt:lpstr>
      <vt:lpstr/>
    </vt:vector>
  </TitlesOfParts>
  <Manager/>
  <Company/>
  <LinksUpToDate>false</LinksUpToDate>
  <CharactersWithSpaces>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dopisa - Let The Music Play</dc:title>
  <dc:subject>Predložak poslovnog dopisa</dc:subject>
  <dc:creator>Let The Music Play, vl. Igor Jurišić</dc:creator>
  <cp:keywords>memorandum, dopis, Let The Music Play</cp:keywords>
  <dc:description>generated by python-docx</dc:description>
  <cp:lastModifiedBy>Music Play</cp:lastModifiedBy>
  <cp:revision>18</cp:revision>
  <dcterms:created xsi:type="dcterms:W3CDTF">2026-08-26T10:49:00Z</dcterms:created>
  <dcterms:modified xsi:type="dcterms:W3CDTF">2026-08-28T13:33:00Z</dcterms:modified>
  <cp:category/>
</cp:coreProperties>
</file>